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בחירות ופוליטיקה – משחקי מילים בתמונות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ומונחים הקשורים לבחירות ופוליטיקה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משמעות כפולה של מילים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ביטויים וניבים הקשורים להצבעה ולבחירה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פתק 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מצביע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בחירה של אדם בהצבעה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קבוצת מועמדים המופיעה בפתק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ועדת בחירות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מועמד רוצים לבחור בו, מצביע בוחר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תפקיד הקלפי בבחירות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מועמד הוא מי שמתמודד, לא בהכרח מנצח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כל מצביע בוחר פעם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סיעה היא קבוצה של אנשים שרצים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דוגמה למילה בעלת משמעות כפולה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מועמד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ועדה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(הקופסה לשים בה את הפתק)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(אדם שבוחר בהצבעה)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(אדם שרוצים לבחור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(קבוצת מועמדים ברשימה אחת)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(בחירה של אדם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(שומרת שהבחירות יהיו הוגנות)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כך כל אדם יכול לבחור בחופשיות ולדעת שהקול שלו נספר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שמעתי קול חזק ברחוב / נתתי את הקול שלי במועמד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יצר חידה הקשורה למילה מתחום הבחירות, עם רמז הגיוני ותשובה נכונה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קלפי – קופסה להצבעה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מועמד מתמודד, מצביע בוחר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מהתחום: קול, סיעה, רשימה וכו׳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ניחוש תמונות בנושא בחירות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שהדף עוסק בלשון ובמשמעות מילים ולא בעמדות פוליטיות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הסעיפים המסומנים לתלמידים הזקוקים להתאמה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בחירות ופוליטיקה – משחקי מילים בתמונות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ומושגים שקשורים לבחירות, לקלפי ולהצבעה, בהשראת משחקי המילים בתמונות של שבוע השפה העברית.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שמים בקלפי בזמן הצבעה?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פתק הצבעה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לאדם שבא להצביע בבחירות?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מצביע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נהג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המילה 'קול' יכולה לתאר בהקשר של בחירות?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רעש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בחירה של אדם בהצבעה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צעקה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'רשימה' בהקשר של בחירות?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רשימת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קבוצת מועמדים המופיעה בפתק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דואג שהבחירות יתנהלו בצורה הוגנת?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ועדת 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ההבדל בין 'מועמד' ל'מצביע'?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מועמד רוצים לבחור בו, מצביע בוחר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מועמד הוא ילד, מצביע 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מועמד מצביע פעמיים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קלפי היא הקופסה שבה שמים את פתק ההצבעה.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מועמד הוא תמיד מי שמנצח בבחירות.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אדם מגיע רק קול אחד בבחירות.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סיעה היא מועמד בודד בלי קבוצה.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'קול' בעברית יכולה להתכוון גם לצליל וגם לבחירה בהצבעה.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ביום הבחירות אנשים באים ל__________ כדי להצביע.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 אדם שמצביע נותן __________ אחד למועמד שבחר.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אדם שרוצים לבחור בו בבחירות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קבוצת אנשים שרצה יחד בבחירות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דואגת שהבחירות יתנהלו בצורה הוגנת.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אדם שבוחר בהצבעה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מצביע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אדם שרוצים לבחור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מועמד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בחירה של אדם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הקופסה לשים בה את הפתק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שומרת שהבחירות יהיו הוגנות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ועדת בחירות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קבוצת מועמדים ברשימה אחת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חשוב שהבחירות יהיו הוגנות.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שבו המילה 'קול' מתארת צליל, ומשפט נוסף שבו היא מתארת הצבעה.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ממציאים חידת תמונה חדשה בנושא בחירות, בדומה למשחקים באתר. כתבו את החידה ואת התשובה שלה.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קלפי?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מועמד למצביע?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מהתחום שלמדנו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בחירות ופוליטיקה – משחקי מילים בתמונות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