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ופוליטיקה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ומונחים הקשורים לבחירות ופוליטיקה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משמעות כפולה של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ביטויים וניבים הקשורים להצבעה ולבחירה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פתק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בחירה של אדם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קבוצת מועמדים המופיעה בפתק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ועדת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מועמד רוצים לבחור בו, מצביע בוחר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 הקלפי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מועמד הוא מי שמתמודד, לא בהכרח מנצח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מצביע בוחר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סיעה היא קבוצה של אנשים שרצים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למילה בעלת משמעות כפולה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ועדה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(הקופסה לשים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(אדם שבוחר בהצבעה)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(אדם שרוצים לבחור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(קבוצת מועמדים ברשימה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(בחירה של אדם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(שומרת שהבחירות יהיו הוגנות)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כך כל אדם יכול לבחור בחופשיות ולדעת שהקול שלו נספר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שמעתי קול חזק ברחוב / נתתי את הקול שלי במועמד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יצר חידה הקשורה למילה מתחום הבחירות, עם רמז הגיוני ותשובה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– קופסה להצבעה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מועמד מתמודד, מצביע 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מהתחום: קול, סיעה, רשימה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ניחוש תמונות בנושא בחירות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שהדף עוסק בלשון ובמשמעות מילים ולא בעמדות פוליטיות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ופוליטיקה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פשוטות על בחירות והצבעה. נענה על שאלות קלות עם תמונות וסיפורים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שמים את הפתק כשמצביעים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שבא לבחור ולשים פתק בקלפי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שרוצים לבחור בו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שרצים יחד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של אדם אחד בהצבעה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מועמדים שמופיעה יחד בפתק 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בחירות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שדואגת שהבחירות יתנהלו כהוגן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בעברית שיש לו משמעות מיוחדת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בתוך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 שמצביע?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'קול'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של אדם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'רשימה'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מועמדים המופיעה בפתק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על בחירות הוגנות?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זה מועמד ומי זה מצביע?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מועמד רוצים לבחור בו, מצביע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מועמד הוא ילד, מצביע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מועמד מצביע פעמיים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היא הקופסה שבה שמים את פתק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מועמד הוא תמיד מי שמנצח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מגיע רק קול אחד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סיעה היא מועמד בודד בלי 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'קול' בעברית יכולה להתכוון גם לצליל וגם לבחירה בהצבעה.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הבחירות אנשים באים ל__________ כדי להצביע.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אדם שמצביע נותן __________ אחד למועמד שבחר.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שרוצים לבחור בו בבחירות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קבוצת אנשים שרצה יחד בבחירות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דואגת שהבחירות יתנהלו בצורה הוגנת.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שומרת שהבחירות יהיו הוגנות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הקופסה לשים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בחירה של אדם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שבוחר בהצבעה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שרוצים לבחור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ועדת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מועמדים ברשימה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שהבחירות יהיו הוגנות.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המילה 'קול' מתארת צליל, ומשפט נוסף שבו היא מתארת הצבעה.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ממציאים חידת תמונה חדשה בנושא בחירות, בדומה למשחקים באתר. כתבו את החידה ואת התשובה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מועמד למצביע?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מהתחום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ופוליטיקה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