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ופוליטיקה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ומונחים הקשורים לבחירות ופוליטיקה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משמעות כפולה של מילים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ביטויים וניבים הקשורים להצבעה ולבחירה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פתק הצבעה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מצביע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תפקיד הקלפי בבחירות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מועמד הוא מי שמתמודד, לא בהכרח מנצח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מועמד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(הקופסה לשים בה את הפתק)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(אדם שבוחר בהצבעה)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(אדם שרוצים לבחור 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(קבוצת מועמדים ברשימה אחת)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כך כל אדם יכול לבחור בחופשיות ולדעת שהקול שלו נספר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יצר חידה הקשורה למילה מתחום הבחירות, עם רמז הגיוני ותשובה נכונה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קלפי – קופסה להצבעה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מועמד מתמודד, מצביע בוחר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מהתחום: קול, סיעה, רשימה וכו׳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ניחוש תמונות בנושא בחירות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שהדף עוסק בלשון ובמשמעות מילים ולא בעמדות פוליטיות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הסעיפים המסומנים לתלמידים הזקוקים להתאמה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בחירות ופוליטיקה – משחקי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מילים ומושגים שקשורים לבחירות, לקלפי ולהצבעה, בהשראת משחקי המילים בתמונות של שבוע השפה העברית.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קול  ·  מועמד  ·  קלפי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שמים בקלפי בזמן הצבעה?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פתק הצבעה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קוראים לאדם שבא להצביע בבחירות?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שופט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מצביע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קלפי היא הקופסה שבה שמים את פתק ההצבעה.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מועמד הוא תמיד מי שמנצח בבחירות.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ביום הבחירות אנשים באים ל__________ כדי להצביע.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אדם שמצביע נותן __________ אחד למועמד שבחר.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אדם שרוצים לבחור בו בבחירות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קלפי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אדם שרוצים לבחור 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מצביע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קבוצת מועמדים ברשימה אחת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מועמד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הקופסה לשים בה את הפתק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אדם שבוחר בהצבעה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למה חשוב שהבחירות יהיו הוגנות.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דמיינו שאתם ממציאים חידת תמונה חדשה בנושא בחירות, בדומה למשחקים באתר. כתבו את החידה ואת התשובה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קלפי?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מועמד למצביע?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בחירות ופוליטיקה – משחקי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